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F97316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🐣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F97316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משחקי חשיבה לכיתה – א׳–ב׳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א׳–ב׳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F97316"/>
          <w:sz w:val="36"/>
          <w:rtl w:val="1"/>
          <w:bCs/>
          <w:szCs w:val="36"/>
        </w:rPr>
        <w:t>📘 חוברת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</w:t>
        </w:r>
      </w:hyperlink>
    </w:p>
    <w:p>
      <w:pPr>
        <w:bidi w:val="1"/>
        <w:jc w:val="right"/>
      </w:pPr>
      <w:hyperlink w:anchor="sE">
        <w:r>
          <w:rPr>
            <w:rtl w:val="1"/>
            <w:u w:val="single"/>
            <w:color w:val="1E40AF"/>
          </w:rPr>
          <w:t xml:space="preserve">• חדר בריחה</w:t>
        </w:r>
      </w:hyperlink>
    </w:p>
    <w:p>
      <w:pPr>
        <w:bidi w:val="1"/>
        <w:jc w:val="right"/>
      </w:pPr>
      <w:hyperlink w:anchor="sW">
        <w:r>
          <w:rPr>
            <w:rtl w:val="1"/>
            <w:u w:val="single"/>
            <w:color w:val="1E40AF"/>
          </w:rPr>
          <w:t xml:space="preserve">• חידה משלי</w:t>
        </w:r>
      </w:hyperlink>
    </w:p>
    <w:p>
      <w:pPr>
        <w:pStyle w:val="Heading1"/>
        <w:bidi w:val="1"/>
        <w:jc w:val="right"/>
      </w:pPr>
      <w:bookmarkStart w:id="29239" w:name="stop"/>
      <w:r>
        <w:rPr>
          <w:rFonts w:ascii="Arial" w:hAnsi="Arial" w:cs="Arial"/>
          <w:b/>
          <w:color w:val="F97316"/>
          <w:sz w:val="40"/>
          <w:rtl w:val="1"/>
          <w:bCs/>
          <w:szCs w:val="40"/>
        </w:rPr>
        <w:t>🧒 דפי התלמיד/ה</w:t>
      </w:r>
      <w:bookmarkEnd w:id="29239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ברוכים הבאים לעולם החידות! קראו כל משימה בעיון, חשבו לבד או בזוג, וסמנו או כתבו את התשובה. בהצלחה! 🎯</w:t>
      </w:r>
    </w:p>
    <w:p>
      <w:pPr>
        <w:pStyle w:val="Heading2"/>
        <w:bidi w:val="1"/>
        <w:jc w:val="right"/>
      </w:pPr>
      <w:bookmarkStart w:id="33970" w:name="sA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חלק א׳ – 🇮🇱 ששי ישראלי</w:t>
      </w:r>
      <w:bookmarkEnd w:id="3397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🇮🇱 מָה הַצְּבָעִים שֶׁל דֶּגֶל יִשְׂרָאֵל?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🟡 צָהֹב וְשָׁחֹר   ◯ 🔴 אָדֹם וְיָרֹק   ◯ 🔵 כָּחֹל וְלָבָן   ◯ 🟣 סָגֹל וְכָתֹם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🍯 אֵיזֶה פְּרִי טוֹבְלִים בִּדְבַשׁ בְּרֹאשׁ הַשָּׁנָה?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🍎 תַּפּוּחַ   ◯ 🍇 עֲנָבִים   ◯ 🍌 בָּנָנָה   ◯ 🍉 אֲבַטִּיחַ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🕎 בְּאֵיזֶה חַג מַדְלִיקִים נֵרוֹת בַּחֲנֻכִּיָּה?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שָׁבוּעוֹת   ◯ חֲנֻכָּה   ◯ פּוּרִים   ◯ פֶּסַח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🐠 אֵיזֶה יָם נִמְצָא לְיַד הָעִיר אֵילַת?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⛵ הַיָּם הַתִּיכוֹן   ◯ 🧂 יַם הַמֶּלַח   ◯ 🐠 הַיָּם הָאָדֹם   ◯ 🐟 הַכִּנֶּרֶת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🎭 בְּאֵיזֶה חַג מִתְחַפְּשִׂים?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🕎 חֲנֻכָּה   ◯ 🎭 פּוּרִים   ◯ 🍎 רֹאשׁ הַשָּׁנָה   ◯ 🛖 סֻכּוֹת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🫓 מָה אוֹכְלִים בְּפֶסַח בִּמְקוֹם לֶחֶם?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🫓 מַצָּה   ◯ 🍰 עוּגָה   ◯ 🥐 קְרוּאָסוֹן   ◯ 🥯 לַחְמָנִיָּה</w:t>
      </w:r>
    </w:p>
    <w:p>
      <w:pPr>
        <w:pStyle w:val="Heading2"/>
        <w:bidi w:val="1"/>
        <w:jc w:val="right"/>
      </w:pPr>
      <w:bookmarkStart w:id="83695" w:name="sB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חלק ב׳ – 🔢 חידה בקטנה</w:t>
      </w:r>
      <w:bookmarkEnd w:id="83695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שבתיבה, כתבו את דרך הפתרון ואת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🐔 רַגְלַיִם בֶּחָצֵר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בֶּחָצֵר יֵשׁ 2 תַּרְנְגוֹלוֹת וְכֶלֶב אֶחָד. כַּמָּה רַגְלַיִם יֵשׁ לָהֶם בְּיַחַד?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🐸 קְפִיצוֹת שֶׁל צְפַרְדֵּעַ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הַצְּפַרְדֵּעַ קוֹפֶצֶת: 2, 4, 6, 8... לְאֵיזֶה מִסְפָּר הִיא תִּקְפֹּץ עַכְשָׁו?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🎂 בֶּן כַּמָּה הָאָח?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נוֹגָה בַּת 6. הָאָח שֶׁלָּהּ גָּדוֹל מִמֶּנָּה בְּ-3 שָׁנִים. בֶּן כַּמָּה הָאָח?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🍕 חֲצִי פִּיצָה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פִּיצָה חֲתוּכָה לְ-8 מְשֻׁלָּשִׁים. אָכַלְנוּ חֲצִי מֵהַפִּיצָה. כַּמָּה מְשֻׁלָּשִׁים נִשְׁאֲרוּ?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24386" w:name="sC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חלק ג׳ – 🧩 מילה משותפת ו📍 גלו את המקום</w:t>
      </w:r>
      <w:bookmarkEnd w:id="24386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המילה שמתחברת לכל ארבע המילים, וכתבו אותה בשורה. אחר כך גלו את המקום לפי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📚 סֵפֶר · 🏥 חוֹלִים · 🕍 כְּנֶסֶת · ☕ קָפֶה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🧒 יְלָדִים · 🦁 חַיּוֹת · 🎠 שַׁעֲשׁוּעִים · 🌷 פְּרָחִים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🍊 תַּפּוּזִים · 🍇 עֲנָבִים · 🍎 תַּפּוּחִים · 🍋 לִימוֹן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👒 כּוֹבַע · 🕶️ מִשְׁקְפֵי · 🧴 קֶרֶם · 🌅 שְׁקִיעַת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📖 🤫 📚 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שׁוֹאֲלִים שָׁם סְפָרִים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🐘 🦒 🦓 🎟️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רוֹאִים שָׁם פִּילִים וְגִ'ירָפוֹת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🌊 🐚 ☀️ 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בּוֹנִים שָׁם אַרְמוֹן מֵחוֹל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🔥 🥐 🍞 👩‍🍳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אוֹפִים שָׁם לֶחֶם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</w:t>
            </w:r>
          </w:p>
        </w:tc>
      </w:tr>
    </w:tbl>
    <w:p>
      <w:pPr>
        <w:pStyle w:val="Heading2"/>
        <w:bidi w:val="1"/>
        <w:jc w:val="right"/>
      </w:pPr>
      <w:bookmarkStart w:id="24758" w:name="sE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🔐 חדר בריחה על הדף: הַתַּנּוּר הַנָּעוּל</w:t>
      </w:r>
      <w:bookmarkEnd w:id="2475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🥐 מַאֲפִיָּה קְטַנָּה בַּבֹּקֶר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בַּמַּאֲפִיָּה יֵשׁ תַּנּוּר גָּדוֹל. אֲבָל הַתַּנּוּר נָעוּל! 🔒 הָאוֹפָה שָׁכְחָה אֶת הַקּוֹד. בּוֹאוּ נַעֲזֹר לָהּ!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1: עַל הַשֻּׁלְחָן יֵשׁ צַלַּחַת עִם עוּגִיּוֹת: 🍪🍪🍪🍪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כַּמָּה עוּגִיּוֹת יֵשׁ? הַמִּסְפָּר הוּא הַסִּפְרָה הָרִאשׁוֹנָה.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2: בַּסַּל יֵשׁ 2 כִּכָּרוֹת לֶחֶם 🍞🍞. הָאוֹפָה שָׂמָה עוֹד 3 🍞🍞🍞.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כַּמָּה כִּכָּרוֹת יֵשׁ עַכְשָׁו בַּסַּל? זוֹ הַסִּפְרָה הַשְּׁנִיָּה.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3: עַל דֶּלֶת הַתַּנּוּר יֵשׁ מִסְפָּרִים: 2, 4, 6, 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אֵיזֶה מִסְפָּר בָּא אַחֲרֵי 6? (קוֹפְצִים כָּל פַּעַם 2) זוֹ הַסִּפְרָה הָאַחֲרוֹנָה.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 xml:space="preserve">🔒 הקוד שלנו:   ▢   ▢   ▢ </w:t>
      </w:r>
    </w:p>
    <w:p>
      <w:pPr>
        <w:pStyle w:val="Heading2"/>
        <w:bidi w:val="1"/>
        <w:jc w:val="right"/>
      </w:pPr>
      <w:bookmarkStart w:id="7863" w:name="sW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✍️ חידה משלי</w:t>
      </w:r>
      <w:bookmarkEnd w:id="786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חידה, שאלת טריוויה או סט 'מילה משותפת' משלכם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איזה משחק אהבתי? 🙂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צַיְּרוּ אֶת הַחִידָה שֶׁהֲכִי אֲהַבְתֶּם: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חוברת תלמיד/ה – א׳–ב׳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חוברת תלמיד/ה – א׳–ב׳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